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SEU NOME COMPLETO</w:t>
      </w:r>
    </w:p>
    <w:p>
      <w:r>
        <w:t>Telefone ou WhatsApp: [seu número]  |  E-mail: [seu e-mail]</w:t>
      </w:r>
    </w:p>
    <w:p>
      <w:r>
        <w:t>[Sua cidade] - SC  |  Bairro: [opcional]</w:t>
      </w:r>
    </w:p>
    <w:p>
      <w:pPr>
        <w:pStyle w:val="Heading1"/>
      </w:pPr>
      <w:r>
        <w:t>OBJETIVO</w:t>
      </w:r>
    </w:p>
    <w:p>
      <w:r>
        <w:t>[Cargo ou área em que deseja trabalhar] - Primeiro emprego</w:t>
      </w:r>
    </w:p>
    <w:p>
      <w:pPr>
        <w:pStyle w:val="Heading1"/>
      </w:pPr>
      <w:r>
        <w:t>APRESENTAÇÃO</w:t>
      </w:r>
    </w:p>
    <w:p>
      <w:r>
        <w:t>[Em 2 ou 3 linhas, apresente seus interesses, habilidades e o que pode contribuir para a equipe. Use informações verdadeiras.]</w:t>
      </w:r>
    </w:p>
    <w:p>
      <w:pPr>
        <w:pStyle w:val="Heading1"/>
      </w:pPr>
      <w:r>
        <w:t>FORMAÇÃO</w:t>
      </w:r>
    </w:p>
    <w:p>
      <w:r>
        <w:t>[Escolaridade ou curso] - [Nome da instituição]</w:t>
      </w:r>
    </w:p>
    <w:p>
      <w:r>
        <w:t>[Concluído em ano ou cursando com previsão de conclusão]</w:t>
      </w:r>
    </w:p>
    <w:p>
      <w:pPr>
        <w:pStyle w:val="Heading1"/>
      </w:pPr>
      <w:r>
        <w:t>CURSOS E CONHECIMENTOS</w:t>
      </w:r>
    </w:p>
    <w:p>
      <w:r>
        <w:t>[Nome do curso] - [Instituição] - [Ano e carga horária, se souber]</w:t>
      </w:r>
    </w:p>
    <w:p>
      <w:r>
        <w:t>[Conhecimentos que possui, como planilhas, informática, idiomas ou atendimento]</w:t>
      </w:r>
    </w:p>
    <w:p>
      <w:pPr>
        <w:pStyle w:val="Heading1"/>
      </w:pPr>
      <w:r>
        <w:t>PROJETOS E ATIVIDADES</w:t>
      </w:r>
    </w:p>
    <w:p>
      <w:r>
        <w:t>[Projeto escolar, voluntariado, atividade comunitária ou trabalho informal, se houver]</w:t>
      </w:r>
    </w:p>
    <w:p>
      <w:r>
        <w:t>[Descreva o que fez e o que aprendeu. Se não tiver atividades para informar, remova esta seção.]</w:t>
      </w:r>
    </w:p>
    <w:p>
      <w:pPr>
        <w:pStyle w:val="Heading1"/>
      </w:pPr>
      <w:r>
        <w:t>DISPONIBILIDADE</w:t>
      </w:r>
    </w:p>
    <w:p>
      <w:r>
        <w:t>[Dias e horários em que pode trabalhar. Informe apenas o que se aplica.]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Currículo profissional</dc:title>
  <dc:subject>Modelo gratuito de currículo</dc:subject>
  <dc:creator>Conecta Floripa</dc:creator>
  <cp:keywords>currículo, modelo, Conecta Floripa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