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 NOME COMPLETO</w:t>
      </w:r>
    </w:p>
    <w:p>
      <w:r>
        <w:t>Telefone ou WhatsApp: [seu número]  |  E-mail: [seu e-mail]</w:t>
      </w:r>
    </w:p>
    <w:p>
      <w:r>
        <w:t>[Sua cidade] - SC  |  Bairro: [opcional]</w:t>
      </w:r>
    </w:p>
    <w:p>
      <w:pPr>
        <w:pStyle w:val="Heading1"/>
      </w:pPr>
      <w:r>
        <w:t>OBJETIVO</w:t>
      </w:r>
    </w:p>
    <w:p>
      <w:r>
        <w:t>[Cargo ou área em que deseja trabalhar]</w:t>
      </w:r>
    </w:p>
    <w:p>
      <w:pPr>
        <w:pStyle w:val="Heading1"/>
      </w:pPr>
      <w:r>
        <w:t>RESUMO PROFISSIONAL</w:t>
      </w:r>
    </w:p>
    <w:p>
      <w:r>
        <w:t>[Em 2 ou 3 linhas, descreva sua experiência, principais habilidades e conhecimentos relacionados à vaga desejada.]</w:t>
      </w:r>
    </w:p>
    <w:p>
      <w:pPr>
        <w:pStyle w:val="Heading1"/>
      </w:pPr>
      <w:r>
        <w:t>EXPERIÊNCIA PROFISSIONAL</w:t>
      </w:r>
    </w:p>
    <w:p>
      <w:r>
        <w:rPr>
          <w:b/>
        </w:rPr>
        <w:t>[Cargo mais recente]</w:t>
      </w:r>
      <w:r>
        <w:t xml:space="preserve"> - [Nome da empresa]</w:t>
      </w:r>
    </w:p>
    <w:p>
      <w:r>
        <w:t>[Mês/ano de início] a [mês/ano de saída ou atual]</w:t>
      </w:r>
    </w:p>
    <w:p>
      <w:r>
        <w:t>[Descreva atividades e resultados reais de forma objetiva.]</w:t>
      </w:r>
    </w:p>
    <w:p>
      <w:r>
        <w:rPr>
          <w:b/>
        </w:rPr>
        <w:t>[Cargo anterior]</w:t>
      </w:r>
      <w:r>
        <w:t xml:space="preserve"> - [Nome da empresa]</w:t>
      </w:r>
    </w:p>
    <w:p>
      <w:r>
        <w:t>[Mês/ano de início] a [mês/ano de saída]</w:t>
      </w:r>
    </w:p>
    <w:p>
      <w:r>
        <w:t>[Descreva atividades relevantes. Remova este bloco se não se aplicar.]</w:t>
      </w:r>
    </w:p>
    <w:p>
      <w:pPr>
        <w:pStyle w:val="Heading1"/>
      </w:pPr>
      <w:r>
        <w:t>FORMAÇÃO</w:t>
      </w:r>
    </w:p>
    <w:p>
      <w:r>
        <w:t>[Escolaridade ou curso] - [Instituição] - [Situação e ano]</w:t>
      </w:r>
    </w:p>
    <w:p>
      <w:pPr>
        <w:pStyle w:val="Heading1"/>
      </w:pPr>
      <w:r>
        <w:t>CURSOS E HABILIDADES</w:t>
      </w:r>
    </w:p>
    <w:p>
      <w:r>
        <w:t>[Cursos, certificados, conhecimentos e idiomas relacionados à área]</w:t>
      </w:r>
    </w:p>
    <w:p>
      <w:pPr>
        <w:pStyle w:val="Heading1"/>
      </w:pPr>
      <w:r>
        <w:t>INFORMAÇÕES COMPLEMENTARES</w:t>
      </w:r>
    </w:p>
    <w:p>
      <w:r>
        <w:t>[Disponibilidade, portfólio ou habilitação, somente se forem relevantes para a vaga. Remova se não se aplicar.]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Currículo profissional</dc:title>
  <dc:subject>Modelo gratuito de currículo</dc:subject>
  <dc:creator>Conecta Floripa</dc:creator>
  <cp:keywords>currículo, modelo, Conecta Floripa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