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b/>
          <w:sz w:val="18"/>
        </w:rPr>
        <w:t>EXEMPLO FICTÍCIO PARA CONSULTA</w:t>
      </w:r>
    </w:p>
    <w:p>
      <w:pPr>
        <w:pStyle w:val="Title"/>
      </w:pPr>
      <w:r>
        <w:t>MARINA EXEMPLO</w:t>
      </w:r>
    </w:p>
    <w:p>
      <w:r>
        <w:t>Telefone fictício: (48) 00000-0000  |  marina@example.invalid</w:t>
      </w:r>
    </w:p>
    <w:p>
      <w:r>
        <w:t>São José - SC  |  Bairro Exemplo</w:t>
      </w:r>
    </w:p>
    <w:p>
      <w:pPr>
        <w:pStyle w:val="Heading1"/>
      </w:pPr>
      <w:r>
        <w:t>OBJETIVO</w:t>
      </w:r>
    </w:p>
    <w:p>
      <w:r>
        <w:t>Assistente administrativo</w:t>
      </w:r>
    </w:p>
    <w:p>
      <w:pPr>
        <w:pStyle w:val="Heading1"/>
      </w:pPr>
      <w:r>
        <w:t>RESUMO PROFISSIONAL</w:t>
      </w:r>
    </w:p>
    <w:p>
      <w:r>
        <w:t>Experiência em atendimento ao cliente, organização de documentos e apoio às rotinas administrativas. Conhecimento de planilhas e facilidade para trabalhar em equipe.</w:t>
      </w:r>
    </w:p>
    <w:p>
      <w:pPr>
        <w:pStyle w:val="Heading1"/>
      </w:pPr>
      <w:r>
        <w:t>EXPERIÊNCIA PROFISSIONAL</w:t>
      </w:r>
    </w:p>
    <w:p>
      <w:r>
        <w:rPr>
          <w:b/>
        </w:rPr>
        <w:t>Assistente administrativo</w:t>
      </w:r>
      <w:r>
        <w:t xml:space="preserve"> - Empresa Exemplo fictícia</w:t>
      </w:r>
    </w:p>
    <w:p>
      <w:r>
        <w:t>Março de 2023 a dezembro de 2025</w:t>
      </w:r>
    </w:p>
    <w:p>
      <w:r>
        <w:t>Atendimento ao público, organização de arquivos e atualização de cadastros. Apoio ao controle de materiais e à elaboração de planilhas de acompanhamento.</w:t>
      </w:r>
    </w:p>
    <w:p>
      <w:pPr>
        <w:pStyle w:val="Heading1"/>
      </w:pPr>
      <w:r>
        <w:t>FORMAÇÃO</w:t>
      </w:r>
    </w:p>
    <w:p>
      <w:r>
        <w:t>Ensino médio completo - Escola Exemplo fictícia - 2022</w:t>
      </w:r>
    </w:p>
    <w:p>
      <w:pPr>
        <w:pStyle w:val="Heading1"/>
      </w:pPr>
      <w:r>
        <w:t>CURSOS E CONHECIMENTOS</w:t>
      </w:r>
    </w:p>
    <w:p>
      <w:r>
        <w:t>Informática básica e planilhas - Instituição Exemplo fictícia - 2023</w:t>
      </w:r>
    </w:p>
    <w:p>
      <w:r>
        <w:t>Organização de documentos, atendimento e comunicação com clientes.</w:t>
      </w:r>
    </w:p>
    <w:p>
      <w:pPr>
        <w:pStyle w:val="Heading1"/>
      </w:pPr>
      <w:r>
        <w:t>DISPONIBILIDADE</w:t>
      </w:r>
    </w:p>
    <w:p>
      <w:r>
        <w:t>Segunda a sexta-feira, em horário comercial.</w:t>
      </w:r>
    </w:p>
    <w:p>
      <w:pPr>
        <w:spacing w:before="320"/>
      </w:pPr>
      <w:r>
        <w:rPr>
          <w:sz w:val="18"/>
        </w:rPr>
        <w:t>Todos os nomes, contatos, instituições e experiências deste exemplo são fictícios. Use apenas como referência e preencha seu currículo com informações verdadeiras.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Currículo profissional</dc:title>
  <dc:subject>Modelo gratuito de currículo</dc:subject>
  <dc:creator>Conecta Floripa</dc:creator>
  <cp:keywords>currículo, modelo, Conecta Floripa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